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7C34D6" w14:textId="77777777" w:rsidR="005A436E" w:rsidRDefault="00F61C3E">
      <w:pPr>
        <w:jc w:val="center"/>
        <w:rPr>
          <w:rFonts w:eastAsia="SimSun"/>
          <w:b/>
          <w:sz w:val="18"/>
          <w:lang w:val="es-ES" w:eastAsia="zh-CN"/>
        </w:rPr>
      </w:pPr>
      <w:r w:rsidRPr="007402F9">
        <w:rPr>
          <w:b/>
          <w:sz w:val="18"/>
          <w:lang w:val="es-ES"/>
        </w:rPr>
        <w:t>ASOCIACIÓN HISPANO-CHINA DE CIENCIA Y TECNOLOGÍA</w:t>
      </w:r>
    </w:p>
    <w:p w14:paraId="00F9D533" w14:textId="77777777" w:rsidR="003A0BB2" w:rsidRDefault="003A0BB2">
      <w:pPr>
        <w:spacing w:after="160"/>
        <w:jc w:val="center"/>
        <w:rPr>
          <w:rFonts w:eastAsia="SimSun"/>
          <w:b/>
          <w:sz w:val="18"/>
          <w:lang w:eastAsia="zh-CN"/>
        </w:rPr>
      </w:pPr>
      <w:r w:rsidRPr="003A0BB2">
        <w:rPr>
          <w:b/>
          <w:sz w:val="18"/>
        </w:rPr>
        <w:t>ASSOCIATION OF CHINA SPAIN SCIENCE AND TECHNOLOGY</w:t>
      </w:r>
    </w:p>
    <w:p w14:paraId="1A8AB72F" w14:textId="199B96EE" w:rsidR="007402F9" w:rsidRPr="007402F9" w:rsidRDefault="007402F9">
      <w:pPr>
        <w:spacing w:after="160"/>
        <w:jc w:val="center"/>
        <w:rPr>
          <w:rFonts w:eastAsia="SimSun"/>
          <w:b/>
          <w:bCs/>
          <w:sz w:val="32"/>
          <w:szCs w:val="32"/>
          <w:lang w:eastAsia="zh-CN"/>
        </w:rPr>
      </w:pPr>
      <w:r w:rsidRPr="007402F9">
        <w:rPr>
          <w:rFonts w:asciiTheme="majorHAnsi" w:eastAsiaTheme="majorEastAsia" w:hAnsiTheme="majorHAnsi" w:cstheme="majorBidi"/>
          <w:b/>
          <w:bCs/>
          <w:spacing w:val="5"/>
          <w:kern w:val="28"/>
          <w:sz w:val="32"/>
          <w:szCs w:val="32"/>
        </w:rPr>
        <w:t>China–Spain Scientific Innovation Award</w:t>
      </w:r>
    </w:p>
    <w:p w14:paraId="661D4860" w14:textId="41397309" w:rsidR="005A436E" w:rsidRPr="00AE1D5C" w:rsidRDefault="00F61C3E">
      <w:pPr>
        <w:spacing w:after="160"/>
        <w:jc w:val="center"/>
        <w:rPr>
          <w:b/>
          <w:sz w:val="21"/>
          <w:szCs w:val="21"/>
        </w:rPr>
      </w:pPr>
      <w:r w:rsidRPr="00AE1D5C">
        <w:rPr>
          <w:b/>
          <w:sz w:val="21"/>
          <w:szCs w:val="21"/>
        </w:rPr>
        <w:t xml:space="preserve">EXPERT NOMINATION </w:t>
      </w:r>
      <w:r w:rsidR="007402F9" w:rsidRPr="00AE1D5C">
        <w:rPr>
          <w:b/>
          <w:sz w:val="21"/>
          <w:szCs w:val="21"/>
        </w:rPr>
        <w:t xml:space="preserve">FORM </w:t>
      </w:r>
      <w:r w:rsidR="004126A2" w:rsidRPr="00AE1D5C">
        <w:rPr>
          <w:b/>
          <w:sz w:val="21"/>
          <w:szCs w:val="21"/>
        </w:rPr>
        <w:t>| 2026</w:t>
      </w:r>
    </w:p>
    <w:p w14:paraId="769D238D" w14:textId="77777777" w:rsidR="004126A2" w:rsidRPr="00B404AA" w:rsidRDefault="004126A2">
      <w:pPr>
        <w:spacing w:after="160"/>
        <w:jc w:val="center"/>
        <w:rPr>
          <w:i/>
          <w:iCs/>
          <w:sz w:val="20"/>
          <w:szCs w:val="20"/>
        </w:rPr>
      </w:pPr>
    </w:p>
    <w:p w14:paraId="0C6E6B03" w14:textId="77777777" w:rsidR="005A436E" w:rsidRPr="00AE1D5C" w:rsidRDefault="00F61C3E">
      <w:pPr>
        <w:spacing w:after="100"/>
        <w:rPr>
          <w:i/>
          <w:iCs/>
          <w:sz w:val="21"/>
          <w:szCs w:val="21"/>
          <w:u w:val="single"/>
        </w:rPr>
      </w:pPr>
      <w:r w:rsidRPr="00AE1D5C">
        <w:rPr>
          <w:i/>
          <w:iCs/>
          <w:sz w:val="21"/>
          <w:szCs w:val="21"/>
          <w:u w:val="single"/>
        </w:rPr>
        <w:t>To be completed in English by two professors. Self-nominations are not accepted. Please attach the candidate’s full CV in English.</w:t>
      </w:r>
    </w:p>
    <w:p w14:paraId="4508C8BB" w14:textId="77777777" w:rsidR="004126A2" w:rsidRDefault="004126A2">
      <w:pPr>
        <w:spacing w:after="100"/>
      </w:pPr>
    </w:p>
    <w:p w14:paraId="75FA6E29" w14:textId="477F6288" w:rsidR="004126A2" w:rsidRPr="004126A2" w:rsidRDefault="00F61C3E" w:rsidP="004126A2">
      <w:pPr>
        <w:pStyle w:val="Heading1"/>
        <w:rPr>
          <w:sz w:val="22"/>
          <w:szCs w:val="22"/>
        </w:rPr>
      </w:pPr>
      <w:r w:rsidRPr="004126A2">
        <w:rPr>
          <w:sz w:val="22"/>
          <w:szCs w:val="22"/>
        </w:rPr>
        <w:t>1. AWARD CATEGORY</w:t>
      </w:r>
    </w:p>
    <w:p w14:paraId="6F0CC6BB" w14:textId="39F7E434" w:rsidR="004126A2" w:rsidRPr="004126A2" w:rsidRDefault="00F61C3E">
      <w:pPr>
        <w:spacing w:after="100"/>
        <w:rPr>
          <w:sz w:val="22"/>
        </w:rPr>
      </w:pPr>
      <w:r w:rsidRPr="004126A2">
        <w:rPr>
          <w:sz w:val="22"/>
        </w:rPr>
        <w:t xml:space="preserve">☐ Distinguished Contribution Award </w:t>
      </w:r>
    </w:p>
    <w:p w14:paraId="692F732B" w14:textId="5C621621" w:rsidR="004126A2" w:rsidRPr="004126A2" w:rsidRDefault="00F61C3E" w:rsidP="004126A2">
      <w:pPr>
        <w:spacing w:after="100"/>
        <w:rPr>
          <w:sz w:val="22"/>
        </w:rPr>
      </w:pPr>
      <w:r w:rsidRPr="004126A2">
        <w:rPr>
          <w:sz w:val="22"/>
        </w:rPr>
        <w:t xml:space="preserve">☐ Excellence in Innovation Award     </w:t>
      </w:r>
    </w:p>
    <w:p w14:paraId="7F807A5F" w14:textId="5830F4E2" w:rsidR="005A436E" w:rsidRPr="004126A2" w:rsidRDefault="00F61C3E" w:rsidP="004126A2">
      <w:pPr>
        <w:spacing w:after="100"/>
        <w:rPr>
          <w:rFonts w:eastAsia="SimSun"/>
          <w:sz w:val="22"/>
          <w:lang w:eastAsia="zh-CN"/>
        </w:rPr>
      </w:pPr>
      <w:r w:rsidRPr="004126A2">
        <w:rPr>
          <w:sz w:val="22"/>
        </w:rPr>
        <w:t>☐ Emerging Research Talent Award</w:t>
      </w:r>
    </w:p>
    <w:p w14:paraId="39856320" w14:textId="77777777" w:rsidR="007402F9" w:rsidRPr="004126A2" w:rsidRDefault="007402F9">
      <w:pPr>
        <w:spacing w:after="100"/>
        <w:rPr>
          <w:rFonts w:eastAsia="SimSun"/>
          <w:sz w:val="22"/>
          <w:lang w:eastAsia="zh-CN"/>
        </w:rPr>
      </w:pPr>
    </w:p>
    <w:p w14:paraId="7EE37C35" w14:textId="77777777" w:rsidR="005A436E" w:rsidRPr="004126A2" w:rsidRDefault="00F61C3E">
      <w:pPr>
        <w:pStyle w:val="Heading1"/>
        <w:rPr>
          <w:sz w:val="22"/>
          <w:szCs w:val="22"/>
        </w:rPr>
      </w:pPr>
      <w:r w:rsidRPr="004126A2">
        <w:rPr>
          <w:sz w:val="22"/>
          <w:szCs w:val="22"/>
        </w:rPr>
        <w:t>2. CANDIDATE INFORMATION</w:t>
      </w:r>
    </w:p>
    <w:tbl>
      <w:tblPr>
        <w:tblStyle w:val="TableGrid"/>
        <w:tblW w:w="0" w:type="auto"/>
        <w:jc w:val="center"/>
        <w:tblLayout w:type="fixed"/>
        <w:tblLook w:val="04A0" w:firstRow="1" w:lastRow="0" w:firstColumn="1" w:lastColumn="0" w:noHBand="0" w:noVBand="1"/>
      </w:tblPr>
      <w:tblGrid>
        <w:gridCol w:w="3415"/>
        <w:gridCol w:w="6146"/>
      </w:tblGrid>
      <w:tr w:rsidR="005A436E" w:rsidRPr="004126A2" w14:paraId="4B0BE15C" w14:textId="77777777" w:rsidTr="004126A2">
        <w:trPr>
          <w:jc w:val="center"/>
        </w:trPr>
        <w:tc>
          <w:tcPr>
            <w:tcW w:w="3415" w:type="dxa"/>
            <w:shd w:val="clear" w:color="auto" w:fill="F7F9FB"/>
            <w:vAlign w:val="center"/>
          </w:tcPr>
          <w:p w14:paraId="7820EB2C" w14:textId="77777777" w:rsidR="005A436E" w:rsidRPr="006A3B7B" w:rsidRDefault="00F61C3E">
            <w:pPr>
              <w:spacing w:before="20" w:after="20"/>
              <w:rPr>
                <w:sz w:val="21"/>
                <w:szCs w:val="21"/>
              </w:rPr>
            </w:pPr>
            <w:r w:rsidRPr="006A3B7B">
              <w:rPr>
                <w:sz w:val="21"/>
                <w:szCs w:val="21"/>
              </w:rPr>
              <w:t>Full name</w:t>
            </w:r>
          </w:p>
        </w:tc>
        <w:tc>
          <w:tcPr>
            <w:tcW w:w="6146" w:type="dxa"/>
            <w:shd w:val="clear" w:color="auto" w:fill="F7F9FB"/>
            <w:vAlign w:val="center"/>
          </w:tcPr>
          <w:p w14:paraId="21EAE2CF" w14:textId="77777777" w:rsidR="005A436E" w:rsidRPr="006A3B7B" w:rsidRDefault="005A436E">
            <w:pPr>
              <w:spacing w:before="20" w:after="20"/>
              <w:rPr>
                <w:sz w:val="21"/>
                <w:szCs w:val="21"/>
              </w:rPr>
            </w:pPr>
          </w:p>
        </w:tc>
      </w:tr>
      <w:tr w:rsidR="005A436E" w:rsidRPr="004126A2" w14:paraId="5103E8B8" w14:textId="77777777" w:rsidTr="004126A2">
        <w:trPr>
          <w:jc w:val="center"/>
        </w:trPr>
        <w:tc>
          <w:tcPr>
            <w:tcW w:w="3415" w:type="dxa"/>
            <w:shd w:val="clear" w:color="auto" w:fill="F7F9FB"/>
            <w:vAlign w:val="center"/>
          </w:tcPr>
          <w:p w14:paraId="21D16F2C" w14:textId="64221951" w:rsidR="005A436E" w:rsidRPr="006A3B7B" w:rsidRDefault="00F61C3E">
            <w:pPr>
              <w:spacing w:before="20" w:after="20"/>
              <w:rPr>
                <w:rFonts w:eastAsia="SimSun"/>
                <w:sz w:val="21"/>
                <w:szCs w:val="21"/>
                <w:lang w:eastAsia="zh-CN"/>
              </w:rPr>
            </w:pPr>
            <w:r w:rsidRPr="006A3B7B">
              <w:rPr>
                <w:sz w:val="21"/>
                <w:szCs w:val="21"/>
              </w:rPr>
              <w:t xml:space="preserve">Nationality / </w:t>
            </w:r>
            <w:r w:rsidR="007402F9" w:rsidRPr="006A3B7B">
              <w:rPr>
                <w:rFonts w:eastAsia="SimSun" w:hint="eastAsia"/>
                <w:sz w:val="21"/>
                <w:szCs w:val="21"/>
                <w:lang w:eastAsia="zh-CN"/>
              </w:rPr>
              <w:t>Birthday</w:t>
            </w:r>
          </w:p>
        </w:tc>
        <w:tc>
          <w:tcPr>
            <w:tcW w:w="6146" w:type="dxa"/>
            <w:shd w:val="clear" w:color="auto" w:fill="F7F9FB"/>
            <w:vAlign w:val="center"/>
          </w:tcPr>
          <w:p w14:paraId="7AA2C246" w14:textId="77777777" w:rsidR="005A436E" w:rsidRPr="006A3B7B" w:rsidRDefault="005A436E">
            <w:pPr>
              <w:spacing w:before="20" w:after="20"/>
              <w:rPr>
                <w:sz w:val="21"/>
                <w:szCs w:val="21"/>
              </w:rPr>
            </w:pPr>
          </w:p>
        </w:tc>
      </w:tr>
      <w:tr w:rsidR="005A436E" w:rsidRPr="004126A2" w14:paraId="26EB496A" w14:textId="77777777" w:rsidTr="004126A2">
        <w:trPr>
          <w:jc w:val="center"/>
        </w:trPr>
        <w:tc>
          <w:tcPr>
            <w:tcW w:w="3415" w:type="dxa"/>
            <w:shd w:val="clear" w:color="auto" w:fill="F7F9FB"/>
            <w:vAlign w:val="center"/>
          </w:tcPr>
          <w:p w14:paraId="1E03CD43" w14:textId="03F81E92" w:rsidR="005A436E" w:rsidRPr="006A3B7B" w:rsidRDefault="00F61C3E">
            <w:pPr>
              <w:spacing w:before="20" w:after="20"/>
              <w:rPr>
                <w:sz w:val="21"/>
                <w:szCs w:val="21"/>
              </w:rPr>
            </w:pPr>
            <w:r w:rsidRPr="006A3B7B">
              <w:rPr>
                <w:sz w:val="21"/>
                <w:szCs w:val="21"/>
              </w:rPr>
              <w:t xml:space="preserve">Current position </w:t>
            </w:r>
          </w:p>
        </w:tc>
        <w:tc>
          <w:tcPr>
            <w:tcW w:w="6146" w:type="dxa"/>
            <w:shd w:val="clear" w:color="auto" w:fill="F7F9FB"/>
            <w:vAlign w:val="center"/>
          </w:tcPr>
          <w:p w14:paraId="12E644D5" w14:textId="3D0CBD22" w:rsidR="005A436E" w:rsidRPr="006A3B7B" w:rsidRDefault="00F61C3E">
            <w:pPr>
              <w:spacing w:before="20" w:after="20"/>
              <w:rPr>
                <w:sz w:val="21"/>
                <w:szCs w:val="21"/>
              </w:rPr>
            </w:pPr>
            <w:r w:rsidRPr="006A3B7B">
              <w:rPr>
                <w:sz w:val="21"/>
                <w:szCs w:val="21"/>
              </w:rPr>
              <w:t>(e.g., Professor, Researcher, Postdoctoral Researcher</w:t>
            </w:r>
            <w:r w:rsidR="007402F9" w:rsidRPr="006A3B7B">
              <w:rPr>
                <w:rFonts w:eastAsia="SimSun" w:hint="eastAsia"/>
                <w:sz w:val="21"/>
                <w:szCs w:val="21"/>
                <w:lang w:eastAsia="zh-CN"/>
              </w:rPr>
              <w:t xml:space="preserve">, </w:t>
            </w:r>
            <w:r w:rsidR="00AE1D5C">
              <w:rPr>
                <w:rFonts w:eastAsia="SimSun" w:hint="eastAsia"/>
                <w:sz w:val="21"/>
                <w:szCs w:val="21"/>
                <w:lang w:eastAsia="zh-CN"/>
              </w:rPr>
              <w:t xml:space="preserve">PhD student, </w:t>
            </w:r>
            <w:r w:rsidR="007402F9" w:rsidRPr="006A3B7B">
              <w:rPr>
                <w:rFonts w:eastAsia="SimSun" w:hint="eastAsia"/>
                <w:sz w:val="21"/>
                <w:szCs w:val="21"/>
                <w:lang w:eastAsia="zh-CN"/>
              </w:rPr>
              <w:t>etc.</w:t>
            </w:r>
            <w:r w:rsidRPr="006A3B7B">
              <w:rPr>
                <w:sz w:val="21"/>
                <w:szCs w:val="21"/>
              </w:rPr>
              <w:t>)</w:t>
            </w:r>
          </w:p>
        </w:tc>
      </w:tr>
      <w:tr w:rsidR="005A436E" w:rsidRPr="004126A2" w14:paraId="60727854" w14:textId="77777777" w:rsidTr="004126A2">
        <w:trPr>
          <w:jc w:val="center"/>
        </w:trPr>
        <w:tc>
          <w:tcPr>
            <w:tcW w:w="3415" w:type="dxa"/>
            <w:shd w:val="clear" w:color="auto" w:fill="F7F9FB"/>
            <w:vAlign w:val="center"/>
          </w:tcPr>
          <w:p w14:paraId="2B6C3D87" w14:textId="77777777" w:rsidR="005A436E" w:rsidRPr="006A3B7B" w:rsidRDefault="00F61C3E">
            <w:pPr>
              <w:spacing w:before="20" w:after="20"/>
              <w:rPr>
                <w:sz w:val="21"/>
                <w:szCs w:val="21"/>
              </w:rPr>
            </w:pPr>
            <w:r w:rsidRPr="006A3B7B">
              <w:rPr>
                <w:sz w:val="21"/>
                <w:szCs w:val="21"/>
              </w:rPr>
              <w:t>Institution / Country</w:t>
            </w:r>
          </w:p>
        </w:tc>
        <w:tc>
          <w:tcPr>
            <w:tcW w:w="6146" w:type="dxa"/>
            <w:shd w:val="clear" w:color="auto" w:fill="F7F9FB"/>
            <w:vAlign w:val="center"/>
          </w:tcPr>
          <w:p w14:paraId="72812B99" w14:textId="77777777" w:rsidR="005A436E" w:rsidRPr="006A3B7B" w:rsidRDefault="005A436E">
            <w:pPr>
              <w:spacing w:before="20" w:after="20"/>
              <w:rPr>
                <w:sz w:val="21"/>
                <w:szCs w:val="21"/>
              </w:rPr>
            </w:pPr>
          </w:p>
        </w:tc>
      </w:tr>
      <w:tr w:rsidR="005A436E" w:rsidRPr="004126A2" w14:paraId="043D4FF5" w14:textId="77777777" w:rsidTr="004126A2">
        <w:trPr>
          <w:jc w:val="center"/>
        </w:trPr>
        <w:tc>
          <w:tcPr>
            <w:tcW w:w="3415" w:type="dxa"/>
            <w:shd w:val="clear" w:color="auto" w:fill="F7F9FB"/>
            <w:vAlign w:val="center"/>
          </w:tcPr>
          <w:p w14:paraId="227F1026" w14:textId="77777777" w:rsidR="005A436E" w:rsidRPr="006A3B7B" w:rsidRDefault="00F61C3E">
            <w:pPr>
              <w:spacing w:before="20" w:after="20"/>
              <w:rPr>
                <w:sz w:val="21"/>
                <w:szCs w:val="21"/>
              </w:rPr>
            </w:pPr>
            <w:r w:rsidRPr="006A3B7B">
              <w:rPr>
                <w:sz w:val="21"/>
                <w:szCs w:val="21"/>
              </w:rPr>
              <w:t>Discipline / Field of expertise</w:t>
            </w:r>
          </w:p>
        </w:tc>
        <w:tc>
          <w:tcPr>
            <w:tcW w:w="6146" w:type="dxa"/>
            <w:shd w:val="clear" w:color="auto" w:fill="F7F9FB"/>
            <w:vAlign w:val="center"/>
          </w:tcPr>
          <w:p w14:paraId="7F9B4F47" w14:textId="77777777" w:rsidR="005A436E" w:rsidRPr="006A3B7B" w:rsidRDefault="005A436E">
            <w:pPr>
              <w:spacing w:before="20" w:after="20"/>
              <w:rPr>
                <w:sz w:val="21"/>
                <w:szCs w:val="21"/>
              </w:rPr>
            </w:pPr>
          </w:p>
        </w:tc>
      </w:tr>
      <w:tr w:rsidR="005A436E" w:rsidRPr="004126A2" w14:paraId="37C51D69" w14:textId="77777777" w:rsidTr="004126A2">
        <w:trPr>
          <w:jc w:val="center"/>
        </w:trPr>
        <w:tc>
          <w:tcPr>
            <w:tcW w:w="3415" w:type="dxa"/>
            <w:shd w:val="clear" w:color="auto" w:fill="F7F9FB"/>
            <w:vAlign w:val="center"/>
          </w:tcPr>
          <w:p w14:paraId="3F31128A" w14:textId="77777777" w:rsidR="005A436E" w:rsidRPr="006A3B7B" w:rsidRDefault="00F61C3E">
            <w:pPr>
              <w:spacing w:before="20" w:after="20"/>
              <w:rPr>
                <w:sz w:val="21"/>
                <w:szCs w:val="21"/>
              </w:rPr>
            </w:pPr>
            <w:r w:rsidRPr="006A3B7B">
              <w:rPr>
                <w:sz w:val="21"/>
                <w:szCs w:val="21"/>
              </w:rPr>
              <w:t>Email address</w:t>
            </w:r>
          </w:p>
        </w:tc>
        <w:tc>
          <w:tcPr>
            <w:tcW w:w="6146" w:type="dxa"/>
            <w:shd w:val="clear" w:color="auto" w:fill="F7F9FB"/>
            <w:vAlign w:val="center"/>
          </w:tcPr>
          <w:p w14:paraId="58A11C3C" w14:textId="77777777" w:rsidR="005A436E" w:rsidRPr="006A3B7B" w:rsidRDefault="005A436E">
            <w:pPr>
              <w:spacing w:before="20" w:after="20"/>
              <w:rPr>
                <w:sz w:val="21"/>
                <w:szCs w:val="21"/>
              </w:rPr>
            </w:pPr>
          </w:p>
        </w:tc>
      </w:tr>
      <w:tr w:rsidR="006A3B7B" w:rsidRPr="004126A2" w14:paraId="0C34801B" w14:textId="77777777" w:rsidTr="004126A2">
        <w:trPr>
          <w:jc w:val="center"/>
        </w:trPr>
        <w:tc>
          <w:tcPr>
            <w:tcW w:w="3415" w:type="dxa"/>
            <w:shd w:val="clear" w:color="auto" w:fill="F7F9FB"/>
            <w:vAlign w:val="center"/>
          </w:tcPr>
          <w:p w14:paraId="4F76780E" w14:textId="60B96D40" w:rsidR="006A3B7B" w:rsidRPr="006A3B7B" w:rsidRDefault="006A3B7B">
            <w:pPr>
              <w:spacing w:before="20" w:after="20"/>
              <w:rPr>
                <w:sz w:val="21"/>
                <w:szCs w:val="21"/>
              </w:rPr>
            </w:pPr>
            <w:r w:rsidRPr="006A3B7B">
              <w:rPr>
                <w:sz w:val="21"/>
                <w:szCs w:val="21"/>
              </w:rPr>
              <w:t>Important honors, awards or membership</w:t>
            </w:r>
            <w:r w:rsidR="00BD4F2E">
              <w:rPr>
                <w:sz w:val="21"/>
                <w:szCs w:val="21"/>
              </w:rPr>
              <w:t>s</w:t>
            </w:r>
          </w:p>
        </w:tc>
        <w:tc>
          <w:tcPr>
            <w:tcW w:w="6146" w:type="dxa"/>
            <w:shd w:val="clear" w:color="auto" w:fill="F7F9FB"/>
            <w:vAlign w:val="center"/>
          </w:tcPr>
          <w:p w14:paraId="0EE898A4" w14:textId="77777777" w:rsidR="006A3B7B" w:rsidRPr="006A3B7B" w:rsidRDefault="006A3B7B">
            <w:pPr>
              <w:spacing w:before="20" w:after="20"/>
              <w:rPr>
                <w:sz w:val="21"/>
                <w:szCs w:val="21"/>
              </w:rPr>
            </w:pPr>
          </w:p>
        </w:tc>
      </w:tr>
    </w:tbl>
    <w:p w14:paraId="369A7B88" w14:textId="77777777" w:rsidR="007402F9" w:rsidRPr="004126A2" w:rsidRDefault="007402F9">
      <w:pPr>
        <w:spacing w:after="40"/>
        <w:rPr>
          <w:rFonts w:eastAsia="SimSun"/>
          <w:sz w:val="22"/>
          <w:lang w:eastAsia="zh-CN"/>
        </w:rPr>
      </w:pPr>
    </w:p>
    <w:p w14:paraId="62A442B4" w14:textId="77777777" w:rsidR="005A436E" w:rsidRPr="004126A2" w:rsidRDefault="00F61C3E">
      <w:pPr>
        <w:pStyle w:val="Heading1"/>
        <w:rPr>
          <w:sz w:val="22"/>
          <w:szCs w:val="22"/>
        </w:rPr>
      </w:pPr>
      <w:r w:rsidRPr="004126A2">
        <w:rPr>
          <w:sz w:val="22"/>
          <w:szCs w:val="22"/>
        </w:rPr>
        <w:t>3. NOMINATING PROFESSORS</w:t>
      </w:r>
    </w:p>
    <w:p w14:paraId="529FEEB9" w14:textId="77777777" w:rsidR="005A436E" w:rsidRPr="004126A2" w:rsidRDefault="00F61C3E">
      <w:pPr>
        <w:spacing w:after="40"/>
        <w:rPr>
          <w:sz w:val="22"/>
        </w:rPr>
      </w:pPr>
      <w:r w:rsidRPr="004126A2">
        <w:rPr>
          <w:b/>
          <w:sz w:val="22"/>
        </w:rPr>
        <w:t>Nominator 1 (Lead Nominator)</w:t>
      </w:r>
    </w:p>
    <w:tbl>
      <w:tblPr>
        <w:tblStyle w:val="TableGrid"/>
        <w:tblW w:w="0" w:type="auto"/>
        <w:jc w:val="center"/>
        <w:tblLayout w:type="fixed"/>
        <w:tblLook w:val="04A0" w:firstRow="1" w:lastRow="0" w:firstColumn="1" w:lastColumn="0" w:noHBand="0" w:noVBand="1"/>
      </w:tblPr>
      <w:tblGrid>
        <w:gridCol w:w="3415"/>
        <w:gridCol w:w="6146"/>
      </w:tblGrid>
      <w:tr w:rsidR="005A436E" w:rsidRPr="004126A2" w14:paraId="79836063" w14:textId="77777777" w:rsidTr="004126A2">
        <w:trPr>
          <w:jc w:val="center"/>
        </w:trPr>
        <w:tc>
          <w:tcPr>
            <w:tcW w:w="3415" w:type="dxa"/>
            <w:shd w:val="clear" w:color="auto" w:fill="F7F9FB"/>
            <w:vAlign w:val="center"/>
          </w:tcPr>
          <w:p w14:paraId="5C96084C" w14:textId="77777777" w:rsidR="005A436E" w:rsidRPr="00BD4F2E" w:rsidRDefault="00F61C3E">
            <w:pPr>
              <w:spacing w:before="20" w:after="20"/>
              <w:rPr>
                <w:sz w:val="21"/>
                <w:szCs w:val="21"/>
              </w:rPr>
            </w:pPr>
            <w:r w:rsidRPr="00BD4F2E">
              <w:rPr>
                <w:sz w:val="21"/>
                <w:szCs w:val="21"/>
              </w:rPr>
              <w:t>Full name / Academic title</w:t>
            </w:r>
          </w:p>
        </w:tc>
        <w:tc>
          <w:tcPr>
            <w:tcW w:w="6146" w:type="dxa"/>
            <w:shd w:val="clear" w:color="auto" w:fill="F7F9FB"/>
            <w:vAlign w:val="center"/>
          </w:tcPr>
          <w:p w14:paraId="02C92454" w14:textId="77777777" w:rsidR="005A436E" w:rsidRPr="004126A2" w:rsidRDefault="005A436E">
            <w:pPr>
              <w:spacing w:before="20" w:after="20"/>
              <w:rPr>
                <w:sz w:val="22"/>
              </w:rPr>
            </w:pPr>
          </w:p>
        </w:tc>
      </w:tr>
      <w:tr w:rsidR="005A436E" w:rsidRPr="004126A2" w14:paraId="2485E038" w14:textId="77777777" w:rsidTr="004126A2">
        <w:trPr>
          <w:jc w:val="center"/>
        </w:trPr>
        <w:tc>
          <w:tcPr>
            <w:tcW w:w="3415" w:type="dxa"/>
            <w:shd w:val="clear" w:color="auto" w:fill="F7F9FB"/>
            <w:vAlign w:val="center"/>
          </w:tcPr>
          <w:p w14:paraId="4015A6CF" w14:textId="5248D73F" w:rsidR="005A436E" w:rsidRPr="00BD4F2E" w:rsidRDefault="00F61C3E">
            <w:pPr>
              <w:spacing w:before="20" w:after="20"/>
              <w:rPr>
                <w:sz w:val="21"/>
                <w:szCs w:val="21"/>
              </w:rPr>
            </w:pPr>
            <w:r w:rsidRPr="00BD4F2E">
              <w:rPr>
                <w:sz w:val="21"/>
                <w:szCs w:val="21"/>
              </w:rPr>
              <w:t>Institution / Country</w:t>
            </w:r>
          </w:p>
        </w:tc>
        <w:tc>
          <w:tcPr>
            <w:tcW w:w="6146" w:type="dxa"/>
            <w:shd w:val="clear" w:color="auto" w:fill="F7F9FB"/>
            <w:vAlign w:val="center"/>
          </w:tcPr>
          <w:p w14:paraId="19AD32E3" w14:textId="77777777" w:rsidR="005A436E" w:rsidRPr="004126A2" w:rsidRDefault="005A436E">
            <w:pPr>
              <w:spacing w:before="20" w:after="20"/>
              <w:rPr>
                <w:sz w:val="22"/>
              </w:rPr>
            </w:pPr>
          </w:p>
        </w:tc>
      </w:tr>
      <w:tr w:rsidR="005A436E" w:rsidRPr="004126A2" w14:paraId="5F16B8A4" w14:textId="77777777" w:rsidTr="004126A2">
        <w:trPr>
          <w:jc w:val="center"/>
        </w:trPr>
        <w:tc>
          <w:tcPr>
            <w:tcW w:w="3415" w:type="dxa"/>
            <w:shd w:val="clear" w:color="auto" w:fill="F7F9FB"/>
            <w:vAlign w:val="center"/>
          </w:tcPr>
          <w:p w14:paraId="3EF78F33" w14:textId="77777777" w:rsidR="005A436E" w:rsidRPr="00BD4F2E" w:rsidRDefault="00F61C3E">
            <w:pPr>
              <w:spacing w:before="20" w:after="20"/>
              <w:rPr>
                <w:sz w:val="21"/>
                <w:szCs w:val="21"/>
              </w:rPr>
            </w:pPr>
            <w:r w:rsidRPr="00BD4F2E">
              <w:rPr>
                <w:sz w:val="21"/>
                <w:szCs w:val="21"/>
              </w:rPr>
              <w:t>Professional email</w:t>
            </w:r>
          </w:p>
        </w:tc>
        <w:tc>
          <w:tcPr>
            <w:tcW w:w="6146" w:type="dxa"/>
            <w:shd w:val="clear" w:color="auto" w:fill="F7F9FB"/>
            <w:vAlign w:val="center"/>
          </w:tcPr>
          <w:p w14:paraId="3A3D5C9D" w14:textId="77777777" w:rsidR="005A436E" w:rsidRPr="004126A2" w:rsidRDefault="005A436E">
            <w:pPr>
              <w:spacing w:before="20" w:after="20"/>
              <w:rPr>
                <w:sz w:val="22"/>
              </w:rPr>
            </w:pPr>
          </w:p>
        </w:tc>
      </w:tr>
      <w:tr w:rsidR="00245DCB" w:rsidRPr="004126A2" w14:paraId="375D1FAA" w14:textId="77777777" w:rsidTr="004126A2">
        <w:trPr>
          <w:jc w:val="center"/>
        </w:trPr>
        <w:tc>
          <w:tcPr>
            <w:tcW w:w="3415" w:type="dxa"/>
            <w:shd w:val="clear" w:color="auto" w:fill="F7F9FB"/>
            <w:vAlign w:val="center"/>
          </w:tcPr>
          <w:p w14:paraId="12B9656E" w14:textId="067F1349" w:rsidR="00245DCB" w:rsidRPr="00BD4F2E" w:rsidRDefault="00245DCB">
            <w:pPr>
              <w:spacing w:before="20" w:after="20"/>
              <w:rPr>
                <w:sz w:val="21"/>
                <w:szCs w:val="21"/>
              </w:rPr>
            </w:pPr>
            <w:r w:rsidRPr="00BD4F2E">
              <w:rPr>
                <w:sz w:val="21"/>
                <w:szCs w:val="21"/>
              </w:rPr>
              <w:t>Personal website (if any)</w:t>
            </w:r>
          </w:p>
        </w:tc>
        <w:tc>
          <w:tcPr>
            <w:tcW w:w="6146" w:type="dxa"/>
            <w:shd w:val="clear" w:color="auto" w:fill="F7F9FB"/>
            <w:vAlign w:val="center"/>
          </w:tcPr>
          <w:p w14:paraId="6D74DD5D" w14:textId="77777777" w:rsidR="00245DCB" w:rsidRPr="004126A2" w:rsidRDefault="00245DCB">
            <w:pPr>
              <w:spacing w:before="20" w:after="20"/>
              <w:rPr>
                <w:sz w:val="22"/>
              </w:rPr>
            </w:pPr>
          </w:p>
        </w:tc>
      </w:tr>
    </w:tbl>
    <w:p w14:paraId="60AEE867" w14:textId="77777777" w:rsidR="004126A2" w:rsidRPr="004126A2" w:rsidRDefault="004126A2">
      <w:pPr>
        <w:spacing w:after="40"/>
        <w:rPr>
          <w:b/>
          <w:sz w:val="22"/>
        </w:rPr>
      </w:pPr>
    </w:p>
    <w:p w14:paraId="05B661F8" w14:textId="0B052D7E" w:rsidR="005A436E" w:rsidRPr="004126A2" w:rsidRDefault="00F61C3E">
      <w:pPr>
        <w:spacing w:after="40"/>
        <w:rPr>
          <w:sz w:val="22"/>
        </w:rPr>
      </w:pPr>
      <w:r w:rsidRPr="004126A2">
        <w:rPr>
          <w:b/>
          <w:sz w:val="22"/>
        </w:rPr>
        <w:t>Nominator 2 (Co-Nominator)</w:t>
      </w:r>
    </w:p>
    <w:tbl>
      <w:tblPr>
        <w:tblStyle w:val="TableGrid"/>
        <w:tblW w:w="0" w:type="auto"/>
        <w:jc w:val="center"/>
        <w:tblLayout w:type="fixed"/>
        <w:tblLook w:val="04A0" w:firstRow="1" w:lastRow="0" w:firstColumn="1" w:lastColumn="0" w:noHBand="0" w:noVBand="1"/>
      </w:tblPr>
      <w:tblGrid>
        <w:gridCol w:w="3415"/>
        <w:gridCol w:w="6146"/>
      </w:tblGrid>
      <w:tr w:rsidR="005A436E" w:rsidRPr="004126A2" w14:paraId="7CBC8BF1" w14:textId="77777777" w:rsidTr="004126A2">
        <w:trPr>
          <w:jc w:val="center"/>
        </w:trPr>
        <w:tc>
          <w:tcPr>
            <w:tcW w:w="3415" w:type="dxa"/>
            <w:shd w:val="clear" w:color="auto" w:fill="F7F9FB"/>
            <w:vAlign w:val="center"/>
          </w:tcPr>
          <w:p w14:paraId="40D91A45" w14:textId="77777777" w:rsidR="005A436E" w:rsidRPr="00BD4F2E" w:rsidRDefault="00F61C3E">
            <w:pPr>
              <w:spacing w:before="20" w:after="20"/>
              <w:rPr>
                <w:sz w:val="21"/>
                <w:szCs w:val="21"/>
              </w:rPr>
            </w:pPr>
            <w:r w:rsidRPr="00BD4F2E">
              <w:rPr>
                <w:sz w:val="21"/>
                <w:szCs w:val="21"/>
              </w:rPr>
              <w:t>Full name / Academic title</w:t>
            </w:r>
          </w:p>
        </w:tc>
        <w:tc>
          <w:tcPr>
            <w:tcW w:w="6146" w:type="dxa"/>
            <w:shd w:val="clear" w:color="auto" w:fill="F7F9FB"/>
            <w:vAlign w:val="center"/>
          </w:tcPr>
          <w:p w14:paraId="63D1A53A" w14:textId="77777777" w:rsidR="005A436E" w:rsidRPr="004126A2" w:rsidRDefault="005A436E">
            <w:pPr>
              <w:spacing w:before="20" w:after="20"/>
              <w:rPr>
                <w:sz w:val="22"/>
              </w:rPr>
            </w:pPr>
          </w:p>
        </w:tc>
      </w:tr>
      <w:tr w:rsidR="005A436E" w:rsidRPr="004126A2" w14:paraId="557FBA8B" w14:textId="77777777" w:rsidTr="004126A2">
        <w:trPr>
          <w:jc w:val="center"/>
        </w:trPr>
        <w:tc>
          <w:tcPr>
            <w:tcW w:w="3415" w:type="dxa"/>
            <w:shd w:val="clear" w:color="auto" w:fill="F7F9FB"/>
            <w:vAlign w:val="center"/>
          </w:tcPr>
          <w:p w14:paraId="68518FA3" w14:textId="4F765D8F" w:rsidR="005A436E" w:rsidRPr="00BD4F2E" w:rsidRDefault="00F61C3E">
            <w:pPr>
              <w:spacing w:before="20" w:after="20"/>
              <w:rPr>
                <w:sz w:val="21"/>
                <w:szCs w:val="21"/>
              </w:rPr>
            </w:pPr>
            <w:r w:rsidRPr="00BD4F2E">
              <w:rPr>
                <w:sz w:val="21"/>
                <w:szCs w:val="21"/>
              </w:rPr>
              <w:t>Institution / Country</w:t>
            </w:r>
          </w:p>
        </w:tc>
        <w:tc>
          <w:tcPr>
            <w:tcW w:w="6146" w:type="dxa"/>
            <w:shd w:val="clear" w:color="auto" w:fill="F7F9FB"/>
            <w:vAlign w:val="center"/>
          </w:tcPr>
          <w:p w14:paraId="1C00606B" w14:textId="77777777" w:rsidR="005A436E" w:rsidRPr="004126A2" w:rsidRDefault="005A436E">
            <w:pPr>
              <w:spacing w:before="20" w:after="20"/>
              <w:rPr>
                <w:sz w:val="22"/>
              </w:rPr>
            </w:pPr>
          </w:p>
        </w:tc>
      </w:tr>
      <w:tr w:rsidR="005A436E" w:rsidRPr="004126A2" w14:paraId="6E4E130D" w14:textId="77777777" w:rsidTr="004126A2">
        <w:trPr>
          <w:jc w:val="center"/>
        </w:trPr>
        <w:tc>
          <w:tcPr>
            <w:tcW w:w="3415" w:type="dxa"/>
            <w:shd w:val="clear" w:color="auto" w:fill="F7F9FB"/>
            <w:vAlign w:val="center"/>
          </w:tcPr>
          <w:p w14:paraId="20243FE3" w14:textId="77777777" w:rsidR="005A436E" w:rsidRPr="00BD4F2E" w:rsidRDefault="00F61C3E">
            <w:pPr>
              <w:spacing w:before="20" w:after="20"/>
              <w:rPr>
                <w:sz w:val="21"/>
                <w:szCs w:val="21"/>
              </w:rPr>
            </w:pPr>
            <w:r w:rsidRPr="00BD4F2E">
              <w:rPr>
                <w:sz w:val="21"/>
                <w:szCs w:val="21"/>
              </w:rPr>
              <w:t>Professional email</w:t>
            </w:r>
          </w:p>
        </w:tc>
        <w:tc>
          <w:tcPr>
            <w:tcW w:w="6146" w:type="dxa"/>
            <w:shd w:val="clear" w:color="auto" w:fill="F7F9FB"/>
            <w:vAlign w:val="center"/>
          </w:tcPr>
          <w:p w14:paraId="29B3B5B1" w14:textId="77777777" w:rsidR="005A436E" w:rsidRPr="004126A2" w:rsidRDefault="005A436E">
            <w:pPr>
              <w:spacing w:before="20" w:after="20"/>
              <w:rPr>
                <w:sz w:val="22"/>
              </w:rPr>
            </w:pPr>
          </w:p>
        </w:tc>
      </w:tr>
      <w:tr w:rsidR="00245DCB" w:rsidRPr="004126A2" w14:paraId="1C924634" w14:textId="77777777" w:rsidTr="004126A2">
        <w:trPr>
          <w:jc w:val="center"/>
        </w:trPr>
        <w:tc>
          <w:tcPr>
            <w:tcW w:w="3415" w:type="dxa"/>
            <w:shd w:val="clear" w:color="auto" w:fill="F7F9FB"/>
            <w:vAlign w:val="center"/>
          </w:tcPr>
          <w:p w14:paraId="1CC8065B" w14:textId="329BEB52" w:rsidR="00245DCB" w:rsidRPr="00BD4F2E" w:rsidRDefault="00245DCB">
            <w:pPr>
              <w:spacing w:before="20" w:after="20"/>
              <w:rPr>
                <w:sz w:val="21"/>
                <w:szCs w:val="21"/>
              </w:rPr>
            </w:pPr>
            <w:r w:rsidRPr="00BD4F2E">
              <w:rPr>
                <w:sz w:val="21"/>
                <w:szCs w:val="21"/>
              </w:rPr>
              <w:t>Personal website (if any)</w:t>
            </w:r>
          </w:p>
        </w:tc>
        <w:tc>
          <w:tcPr>
            <w:tcW w:w="6146" w:type="dxa"/>
            <w:shd w:val="clear" w:color="auto" w:fill="F7F9FB"/>
            <w:vAlign w:val="center"/>
          </w:tcPr>
          <w:p w14:paraId="40A888BB" w14:textId="77777777" w:rsidR="00245DCB" w:rsidRPr="004126A2" w:rsidRDefault="00245DCB">
            <w:pPr>
              <w:spacing w:before="20" w:after="20"/>
              <w:rPr>
                <w:sz w:val="22"/>
              </w:rPr>
            </w:pPr>
          </w:p>
        </w:tc>
      </w:tr>
    </w:tbl>
    <w:p w14:paraId="443DCC10" w14:textId="77777777" w:rsidR="005A436E" w:rsidRPr="004126A2" w:rsidRDefault="00F61C3E">
      <w:pPr>
        <w:rPr>
          <w:sz w:val="22"/>
        </w:rPr>
      </w:pPr>
      <w:r w:rsidRPr="004126A2">
        <w:rPr>
          <w:sz w:val="22"/>
        </w:rPr>
        <w:br w:type="page"/>
      </w:r>
    </w:p>
    <w:p w14:paraId="11CA62D9" w14:textId="77777777" w:rsidR="005A436E" w:rsidRPr="00245DCB" w:rsidRDefault="00F61C3E">
      <w:pPr>
        <w:pStyle w:val="Heading1"/>
        <w:rPr>
          <w:sz w:val="22"/>
          <w:szCs w:val="22"/>
        </w:rPr>
      </w:pPr>
      <w:r w:rsidRPr="00245DCB">
        <w:rPr>
          <w:sz w:val="22"/>
          <w:szCs w:val="22"/>
        </w:rPr>
        <w:lastRenderedPageBreak/>
        <w:t>4. REASONS FOR NOMINATION</w:t>
      </w:r>
    </w:p>
    <w:p w14:paraId="1C3EDAED" w14:textId="5C75BA89" w:rsidR="005A436E" w:rsidRPr="00245DCB" w:rsidRDefault="00F61C3E">
      <w:pPr>
        <w:spacing w:after="40"/>
        <w:rPr>
          <w:sz w:val="22"/>
        </w:rPr>
      </w:pPr>
      <w:r w:rsidRPr="00245DCB">
        <w:rPr>
          <w:b/>
          <w:sz w:val="22"/>
        </w:rPr>
        <w:t>A. Academic excellence and innovation (</w:t>
      </w:r>
      <w:r w:rsidR="00245DCB">
        <w:rPr>
          <w:b/>
          <w:sz w:val="22"/>
        </w:rPr>
        <w:t xml:space="preserve">No more than </w:t>
      </w:r>
      <w:r w:rsidRPr="00245DCB">
        <w:rPr>
          <w:b/>
          <w:sz w:val="22"/>
        </w:rPr>
        <w:t>200 words)</w:t>
      </w:r>
    </w:p>
    <w:p w14:paraId="32618380" w14:textId="759C4BD1" w:rsidR="005A436E" w:rsidRPr="00245DCB" w:rsidRDefault="00245DCB">
      <w:pPr>
        <w:rPr>
          <w:i/>
          <w:iCs/>
          <w:sz w:val="20"/>
          <w:szCs w:val="20"/>
        </w:rPr>
      </w:pPr>
      <w:r w:rsidRPr="00245DCB">
        <w:rPr>
          <w:i/>
          <w:iCs/>
          <w:sz w:val="20"/>
          <w:szCs w:val="20"/>
        </w:rPr>
        <w:t>(Describe the candidate’s most significant academic achievements, original contributions, innovative results or research potential. Give concrete examples appropriate to the selected award category.)</w:t>
      </w:r>
    </w:p>
    <w:p w14:paraId="31AA08E7" w14:textId="77777777" w:rsidR="00245DCB" w:rsidRDefault="00245DCB">
      <w:pPr>
        <w:rPr>
          <w:sz w:val="22"/>
        </w:rPr>
      </w:pPr>
    </w:p>
    <w:p w14:paraId="4667263C" w14:textId="77777777" w:rsidR="00245DCB" w:rsidRPr="00245DCB" w:rsidRDefault="00245DCB">
      <w:pPr>
        <w:rPr>
          <w:sz w:val="22"/>
        </w:rPr>
      </w:pPr>
    </w:p>
    <w:p w14:paraId="2E1D3A27" w14:textId="77777777" w:rsidR="00245DCB" w:rsidRDefault="00245DCB">
      <w:pPr>
        <w:spacing w:after="40"/>
        <w:rPr>
          <w:color w:val="B4BCC5"/>
          <w:sz w:val="22"/>
        </w:rPr>
      </w:pPr>
    </w:p>
    <w:p w14:paraId="458F97D4" w14:textId="77777777" w:rsidR="00245DCB" w:rsidRDefault="00245DCB">
      <w:pPr>
        <w:spacing w:after="40"/>
        <w:rPr>
          <w:color w:val="B4BCC5"/>
          <w:sz w:val="22"/>
        </w:rPr>
      </w:pPr>
    </w:p>
    <w:p w14:paraId="65EF771F" w14:textId="77777777" w:rsidR="00245DCB" w:rsidRDefault="00245DCB">
      <w:pPr>
        <w:spacing w:after="40"/>
        <w:rPr>
          <w:color w:val="B4BCC5"/>
          <w:sz w:val="22"/>
        </w:rPr>
      </w:pPr>
    </w:p>
    <w:p w14:paraId="28F3E8CA" w14:textId="77777777" w:rsidR="00245DCB" w:rsidRDefault="00245DCB">
      <w:pPr>
        <w:spacing w:after="40"/>
        <w:rPr>
          <w:color w:val="B4BCC5"/>
          <w:sz w:val="22"/>
        </w:rPr>
      </w:pPr>
    </w:p>
    <w:p w14:paraId="2D2680CD" w14:textId="77777777" w:rsidR="00245DCB" w:rsidRDefault="00245DCB">
      <w:pPr>
        <w:spacing w:after="40"/>
        <w:rPr>
          <w:color w:val="B4BCC5"/>
          <w:sz w:val="22"/>
        </w:rPr>
      </w:pPr>
    </w:p>
    <w:p w14:paraId="4F81ADAF" w14:textId="77777777" w:rsidR="00245DCB" w:rsidRDefault="00245DCB">
      <w:pPr>
        <w:spacing w:after="40"/>
        <w:rPr>
          <w:color w:val="B4BCC5"/>
          <w:sz w:val="22"/>
        </w:rPr>
      </w:pPr>
    </w:p>
    <w:p w14:paraId="03E95652" w14:textId="77777777" w:rsidR="00245DCB" w:rsidRDefault="00245DCB">
      <w:pPr>
        <w:spacing w:after="40"/>
        <w:rPr>
          <w:color w:val="B4BCC5"/>
          <w:sz w:val="22"/>
        </w:rPr>
      </w:pPr>
    </w:p>
    <w:p w14:paraId="4A50569B" w14:textId="0C22B59E" w:rsidR="005A436E" w:rsidRPr="00245DCB" w:rsidRDefault="00F61C3E">
      <w:pPr>
        <w:spacing w:after="40"/>
        <w:rPr>
          <w:sz w:val="22"/>
        </w:rPr>
      </w:pPr>
      <w:r w:rsidRPr="00245DCB">
        <w:rPr>
          <w:b/>
          <w:sz w:val="22"/>
        </w:rPr>
        <w:t xml:space="preserve">B. Contributions to China–Spain scientific and academic cooperation </w:t>
      </w:r>
      <w:r w:rsidR="00245DCB" w:rsidRPr="00245DCB">
        <w:rPr>
          <w:b/>
          <w:sz w:val="22"/>
        </w:rPr>
        <w:t>(</w:t>
      </w:r>
      <w:r w:rsidR="00245DCB">
        <w:rPr>
          <w:b/>
          <w:sz w:val="22"/>
        </w:rPr>
        <w:t xml:space="preserve">No more than </w:t>
      </w:r>
      <w:r w:rsidR="00245DCB" w:rsidRPr="00245DCB">
        <w:rPr>
          <w:b/>
          <w:sz w:val="22"/>
        </w:rPr>
        <w:t>200 words)</w:t>
      </w:r>
    </w:p>
    <w:p w14:paraId="07175586" w14:textId="1C148915" w:rsidR="005A436E" w:rsidRPr="00245DCB" w:rsidRDefault="00245DCB">
      <w:pPr>
        <w:rPr>
          <w:i/>
          <w:iCs/>
          <w:sz w:val="20"/>
          <w:szCs w:val="20"/>
        </w:rPr>
      </w:pPr>
      <w:r w:rsidRPr="00245DCB">
        <w:rPr>
          <w:i/>
          <w:iCs/>
          <w:sz w:val="20"/>
          <w:szCs w:val="20"/>
        </w:rPr>
        <w:t>(Describe specific contributions to China–Spain academic exchange, research collaboration, joint initiatives or the development of cooperation platforms. For early-career candidates, relevant active participation and demonstrated potential may be included.)</w:t>
      </w:r>
    </w:p>
    <w:p w14:paraId="478B06BB" w14:textId="77777777" w:rsidR="00245DCB" w:rsidRDefault="00245DCB">
      <w:pPr>
        <w:pStyle w:val="Heading1"/>
        <w:rPr>
          <w:sz w:val="22"/>
          <w:szCs w:val="22"/>
        </w:rPr>
      </w:pPr>
    </w:p>
    <w:p w14:paraId="54EC8881" w14:textId="77777777" w:rsidR="00245DCB" w:rsidRDefault="00245DCB" w:rsidP="00245DCB"/>
    <w:p w14:paraId="04665693" w14:textId="77777777" w:rsidR="00245DCB" w:rsidRDefault="00245DCB" w:rsidP="00245DCB"/>
    <w:p w14:paraId="481A9A1C" w14:textId="77777777" w:rsidR="00245DCB" w:rsidRDefault="00245DCB" w:rsidP="00245DCB"/>
    <w:p w14:paraId="1711E3BD" w14:textId="77777777" w:rsidR="00245DCB" w:rsidRDefault="00245DCB" w:rsidP="00245DCB"/>
    <w:p w14:paraId="21840945" w14:textId="77777777" w:rsidR="00245DCB" w:rsidRDefault="00245DCB" w:rsidP="00245DCB"/>
    <w:p w14:paraId="6140AE2C" w14:textId="77777777" w:rsidR="00245DCB" w:rsidRDefault="00245DCB" w:rsidP="00245DCB"/>
    <w:p w14:paraId="472F028D" w14:textId="77777777" w:rsidR="00245DCB" w:rsidRPr="00245DCB" w:rsidRDefault="00245DCB" w:rsidP="00245DCB"/>
    <w:p w14:paraId="028FE33B" w14:textId="539CF5B5" w:rsidR="005A436E" w:rsidRPr="00245DCB" w:rsidRDefault="00F61C3E">
      <w:pPr>
        <w:pStyle w:val="Heading1"/>
        <w:rPr>
          <w:sz w:val="22"/>
          <w:szCs w:val="22"/>
        </w:rPr>
      </w:pPr>
      <w:r w:rsidRPr="00245DCB">
        <w:rPr>
          <w:sz w:val="22"/>
          <w:szCs w:val="22"/>
        </w:rPr>
        <w:t>5. DECLARATION AND SIGNATURES</w:t>
      </w:r>
    </w:p>
    <w:p w14:paraId="650CF29F" w14:textId="77777777" w:rsidR="005A436E" w:rsidRPr="00245DCB" w:rsidRDefault="00F61C3E">
      <w:pPr>
        <w:spacing w:after="160"/>
        <w:rPr>
          <w:sz w:val="22"/>
        </w:rPr>
      </w:pPr>
      <w:r w:rsidRPr="00245DCB">
        <w:rPr>
          <w:sz w:val="22"/>
        </w:rPr>
        <w:t>We jointly nominate the candidate named above. To the best of our knowledge, the information is accurate. We confirm that the candidate has been informed of and agrees to the nomination and the submission of their CV for award evaluation.</w:t>
      </w:r>
    </w:p>
    <w:tbl>
      <w:tblPr>
        <w:tblStyle w:val="TableGrid"/>
        <w:tblW w:w="0" w:type="auto"/>
        <w:jc w:val="center"/>
        <w:tblLayout w:type="fixed"/>
        <w:tblLook w:val="04A0" w:firstRow="1" w:lastRow="0" w:firstColumn="1" w:lastColumn="0" w:noHBand="0" w:noVBand="1"/>
      </w:tblPr>
      <w:tblGrid>
        <w:gridCol w:w="2995"/>
        <w:gridCol w:w="6566"/>
      </w:tblGrid>
      <w:tr w:rsidR="005A436E" w:rsidRPr="00245DCB" w14:paraId="5A99DC15" w14:textId="77777777">
        <w:trPr>
          <w:jc w:val="center"/>
        </w:trPr>
        <w:tc>
          <w:tcPr>
            <w:tcW w:w="2995" w:type="dxa"/>
            <w:shd w:val="clear" w:color="auto" w:fill="F7F9FB"/>
            <w:vAlign w:val="center"/>
          </w:tcPr>
          <w:p w14:paraId="3CC4B3B4" w14:textId="77777777" w:rsidR="005A436E" w:rsidRPr="00851E45" w:rsidRDefault="00F61C3E">
            <w:pPr>
              <w:spacing w:before="20" w:after="20"/>
              <w:rPr>
                <w:sz w:val="21"/>
                <w:szCs w:val="21"/>
              </w:rPr>
            </w:pPr>
            <w:r w:rsidRPr="00851E45">
              <w:rPr>
                <w:sz w:val="21"/>
                <w:szCs w:val="21"/>
              </w:rPr>
              <w:t>Nominator 1 – Signature / Date</w:t>
            </w:r>
          </w:p>
        </w:tc>
        <w:tc>
          <w:tcPr>
            <w:tcW w:w="6566" w:type="dxa"/>
            <w:shd w:val="clear" w:color="auto" w:fill="F7F9FB"/>
            <w:vAlign w:val="center"/>
          </w:tcPr>
          <w:p w14:paraId="133B47C6" w14:textId="77777777" w:rsidR="005A436E" w:rsidRDefault="005A436E">
            <w:pPr>
              <w:spacing w:before="20" w:after="20"/>
              <w:rPr>
                <w:sz w:val="22"/>
              </w:rPr>
            </w:pPr>
          </w:p>
          <w:p w14:paraId="43C41CDE" w14:textId="77777777" w:rsidR="00851E45" w:rsidRDefault="00851E45">
            <w:pPr>
              <w:spacing w:before="20" w:after="20"/>
              <w:rPr>
                <w:sz w:val="22"/>
              </w:rPr>
            </w:pPr>
          </w:p>
          <w:p w14:paraId="612EC71F" w14:textId="77777777" w:rsidR="00851E45" w:rsidRPr="00245DCB" w:rsidRDefault="00851E45">
            <w:pPr>
              <w:spacing w:before="20" w:after="20"/>
              <w:rPr>
                <w:sz w:val="22"/>
              </w:rPr>
            </w:pPr>
          </w:p>
        </w:tc>
      </w:tr>
      <w:tr w:rsidR="005A436E" w:rsidRPr="00245DCB" w14:paraId="240BAEC6" w14:textId="77777777">
        <w:trPr>
          <w:jc w:val="center"/>
        </w:trPr>
        <w:tc>
          <w:tcPr>
            <w:tcW w:w="2995" w:type="dxa"/>
            <w:shd w:val="clear" w:color="auto" w:fill="F7F9FB"/>
            <w:vAlign w:val="center"/>
          </w:tcPr>
          <w:p w14:paraId="5B9CFA14" w14:textId="77777777" w:rsidR="005A436E" w:rsidRPr="00851E45" w:rsidRDefault="00F61C3E">
            <w:pPr>
              <w:spacing w:before="20" w:after="20"/>
              <w:rPr>
                <w:sz w:val="21"/>
                <w:szCs w:val="21"/>
              </w:rPr>
            </w:pPr>
            <w:r w:rsidRPr="00851E45">
              <w:rPr>
                <w:sz w:val="21"/>
                <w:szCs w:val="21"/>
              </w:rPr>
              <w:t>Nominator 2 – Signature / Date</w:t>
            </w:r>
          </w:p>
        </w:tc>
        <w:tc>
          <w:tcPr>
            <w:tcW w:w="6566" w:type="dxa"/>
            <w:shd w:val="clear" w:color="auto" w:fill="F7F9FB"/>
            <w:vAlign w:val="center"/>
          </w:tcPr>
          <w:p w14:paraId="1A935DD1" w14:textId="77777777" w:rsidR="005A436E" w:rsidRDefault="005A436E">
            <w:pPr>
              <w:spacing w:before="20" w:after="20"/>
              <w:rPr>
                <w:sz w:val="22"/>
              </w:rPr>
            </w:pPr>
          </w:p>
          <w:p w14:paraId="110C81E2" w14:textId="77777777" w:rsidR="00851E45" w:rsidRDefault="00851E45">
            <w:pPr>
              <w:spacing w:before="20" w:after="20"/>
              <w:rPr>
                <w:sz w:val="22"/>
              </w:rPr>
            </w:pPr>
          </w:p>
          <w:p w14:paraId="3032B30C" w14:textId="77777777" w:rsidR="00851E45" w:rsidRPr="00245DCB" w:rsidRDefault="00851E45">
            <w:pPr>
              <w:spacing w:before="20" w:after="20"/>
              <w:rPr>
                <w:sz w:val="22"/>
              </w:rPr>
            </w:pPr>
          </w:p>
        </w:tc>
      </w:tr>
    </w:tbl>
    <w:p w14:paraId="31E85223" w14:textId="77777777" w:rsidR="00245DCB" w:rsidRDefault="00245DCB">
      <w:pPr>
        <w:rPr>
          <w:b/>
        </w:rPr>
      </w:pPr>
    </w:p>
    <w:p w14:paraId="271F212E" w14:textId="77777777" w:rsidR="000B23FB" w:rsidRDefault="000B23FB">
      <w:pPr>
        <w:rPr>
          <w:rFonts w:eastAsia="SimSun"/>
          <w:b/>
          <w:sz w:val="21"/>
          <w:szCs w:val="21"/>
          <w:lang w:eastAsia="zh-CN"/>
        </w:rPr>
      </w:pPr>
    </w:p>
    <w:p w14:paraId="6F3CAC7B" w14:textId="21F6CABA" w:rsidR="005A436E" w:rsidRPr="000B23FB" w:rsidRDefault="00AE1D5C">
      <w:pPr>
        <w:rPr>
          <w:sz w:val="21"/>
          <w:szCs w:val="21"/>
        </w:rPr>
      </w:pPr>
      <w:r w:rsidRPr="00AE1D5C">
        <w:rPr>
          <w:rFonts w:eastAsia="SimSun" w:hint="eastAsia"/>
          <w:b/>
          <w:color w:val="EE0000"/>
          <w:sz w:val="21"/>
          <w:szCs w:val="21"/>
          <w:lang w:eastAsia="zh-CN"/>
        </w:rPr>
        <w:t>*</w:t>
      </w:r>
      <w:r w:rsidR="00F61C3E" w:rsidRPr="000B23FB">
        <w:rPr>
          <w:b/>
          <w:sz w:val="21"/>
          <w:szCs w:val="21"/>
        </w:rPr>
        <w:t xml:space="preserve">Required attachment: </w:t>
      </w:r>
      <w:r w:rsidR="00F61C3E" w:rsidRPr="000B23FB">
        <w:rPr>
          <w:bCs/>
          <w:i/>
          <w:iCs/>
          <w:sz w:val="21"/>
          <w:szCs w:val="21"/>
        </w:rPr>
        <w:t>Full curriculum vitae (CV) of the candidate, in English.</w:t>
      </w:r>
    </w:p>
    <w:p w14:paraId="7DF00487" w14:textId="77777777" w:rsidR="00245DCB" w:rsidRDefault="00245DCB">
      <w:pPr>
        <w:spacing w:after="0"/>
        <w:rPr>
          <w:rFonts w:eastAsia="SimSun"/>
          <w:lang w:eastAsia="zh-CN"/>
        </w:rPr>
      </w:pPr>
    </w:p>
    <w:p w14:paraId="3086AAF3" w14:textId="77777777" w:rsidR="000B23FB" w:rsidRPr="000B23FB" w:rsidRDefault="000B23FB">
      <w:pPr>
        <w:spacing w:after="0"/>
        <w:rPr>
          <w:rFonts w:eastAsia="SimSun"/>
          <w:lang w:eastAsia="zh-CN"/>
        </w:rPr>
      </w:pPr>
    </w:p>
    <w:p w14:paraId="74D63B1E" w14:textId="77777777" w:rsidR="00245DCB" w:rsidRPr="00AE1D5C" w:rsidRDefault="00245DCB">
      <w:pPr>
        <w:spacing w:after="0"/>
        <w:rPr>
          <w:sz w:val="21"/>
          <w:szCs w:val="21"/>
        </w:rPr>
      </w:pPr>
    </w:p>
    <w:p w14:paraId="05B1E0A0" w14:textId="4B2813DC" w:rsidR="005A436E" w:rsidRPr="00AE1D5C" w:rsidRDefault="00F61C3E">
      <w:pPr>
        <w:spacing w:after="0"/>
        <w:rPr>
          <w:sz w:val="21"/>
          <w:szCs w:val="21"/>
        </w:rPr>
      </w:pPr>
      <w:r w:rsidRPr="00AE1D5C">
        <w:rPr>
          <w:b/>
          <w:bCs/>
          <w:sz w:val="21"/>
          <w:szCs w:val="21"/>
        </w:rPr>
        <w:t>Submission deadline</w:t>
      </w:r>
      <w:r w:rsidRPr="00AE1D5C">
        <w:rPr>
          <w:sz w:val="21"/>
          <w:szCs w:val="21"/>
        </w:rPr>
        <w:t>:</w:t>
      </w:r>
      <w:r w:rsidR="00CD767E" w:rsidRPr="00AE1D5C">
        <w:rPr>
          <w:sz w:val="21"/>
          <w:szCs w:val="21"/>
        </w:rPr>
        <w:t xml:space="preserve"> </w:t>
      </w:r>
      <w:r w:rsidRPr="00AE1D5C">
        <w:rPr>
          <w:sz w:val="21"/>
          <w:szCs w:val="21"/>
        </w:rPr>
        <w:t xml:space="preserve"> 25 November 2026</w:t>
      </w:r>
      <w:r w:rsidR="000B23FB" w:rsidRPr="00AE1D5C">
        <w:rPr>
          <w:rFonts w:hint="eastAsia"/>
          <w:sz w:val="21"/>
          <w:szCs w:val="21"/>
        </w:rPr>
        <w:t xml:space="preserve">, </w:t>
      </w:r>
      <w:r w:rsidR="000B23FB" w:rsidRPr="00AE1D5C">
        <w:rPr>
          <w:sz w:val="21"/>
          <w:szCs w:val="21"/>
        </w:rPr>
        <w:t>18:00 CET</w:t>
      </w:r>
      <w:r w:rsidRPr="00AE1D5C">
        <w:rPr>
          <w:sz w:val="21"/>
          <w:szCs w:val="21"/>
        </w:rPr>
        <w:t xml:space="preserve">    |   </w:t>
      </w:r>
      <w:r w:rsidRPr="00AE1D5C">
        <w:rPr>
          <w:b/>
          <w:bCs/>
          <w:sz w:val="21"/>
          <w:szCs w:val="21"/>
        </w:rPr>
        <w:t xml:space="preserve"> Email</w:t>
      </w:r>
      <w:r w:rsidRPr="00AE1D5C">
        <w:rPr>
          <w:sz w:val="21"/>
          <w:szCs w:val="21"/>
        </w:rPr>
        <w:t xml:space="preserve">: contact@acsst.org    |    </w:t>
      </w:r>
      <w:hyperlink r:id="rId6" w:history="1">
        <w:r w:rsidR="00CD767E" w:rsidRPr="00AE1D5C">
          <w:rPr>
            <w:rStyle w:val="Hyperlink"/>
            <w:sz w:val="21"/>
            <w:szCs w:val="21"/>
          </w:rPr>
          <w:t>www.acsst.org</w:t>
        </w:r>
      </w:hyperlink>
      <w:r w:rsidR="00CD767E" w:rsidRPr="00AE1D5C">
        <w:rPr>
          <w:sz w:val="21"/>
          <w:szCs w:val="21"/>
        </w:rPr>
        <w:t xml:space="preserve"> </w:t>
      </w:r>
    </w:p>
    <w:sectPr w:rsidR="005A436E" w:rsidRPr="00AE1D5C" w:rsidSect="00034616">
      <w:pgSz w:w="11909" w:h="16834"/>
      <w:pgMar w:top="1051" w:right="1109" w:bottom="979" w:left="110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77144890">
    <w:abstractNumId w:val="8"/>
  </w:num>
  <w:num w:numId="2" w16cid:durableId="911699881">
    <w:abstractNumId w:val="6"/>
  </w:num>
  <w:num w:numId="3" w16cid:durableId="1615207937">
    <w:abstractNumId w:val="5"/>
  </w:num>
  <w:num w:numId="4" w16cid:durableId="1208176418">
    <w:abstractNumId w:val="4"/>
  </w:num>
  <w:num w:numId="5" w16cid:durableId="499857001">
    <w:abstractNumId w:val="7"/>
  </w:num>
  <w:num w:numId="6" w16cid:durableId="766998195">
    <w:abstractNumId w:val="3"/>
  </w:num>
  <w:num w:numId="7" w16cid:durableId="1280259566">
    <w:abstractNumId w:val="2"/>
  </w:num>
  <w:num w:numId="8" w16cid:durableId="611480081">
    <w:abstractNumId w:val="1"/>
  </w:num>
  <w:num w:numId="9" w16cid:durableId="20764710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B23FB"/>
    <w:rsid w:val="0015074B"/>
    <w:rsid w:val="00245DCB"/>
    <w:rsid w:val="0029639D"/>
    <w:rsid w:val="00326F90"/>
    <w:rsid w:val="003A0BB2"/>
    <w:rsid w:val="004126A2"/>
    <w:rsid w:val="005A436E"/>
    <w:rsid w:val="006A3B7B"/>
    <w:rsid w:val="007402F9"/>
    <w:rsid w:val="00851E45"/>
    <w:rsid w:val="0089212B"/>
    <w:rsid w:val="00A0591F"/>
    <w:rsid w:val="00AA1D8D"/>
    <w:rsid w:val="00AE1D5C"/>
    <w:rsid w:val="00B1326E"/>
    <w:rsid w:val="00B404AA"/>
    <w:rsid w:val="00B41A87"/>
    <w:rsid w:val="00B47730"/>
    <w:rsid w:val="00BD4F2E"/>
    <w:rsid w:val="00CB0664"/>
    <w:rsid w:val="00CD767E"/>
    <w:rsid w:val="00F5539E"/>
    <w:rsid w:val="00F61C3E"/>
    <w:rsid w:val="00F678B5"/>
    <w:rsid w:val="00FA64E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7AC1923"/>
  <w14:defaultImageDpi w14:val="300"/>
  <w15:docId w15:val="{53B2B360-3561-460A-838C-FE8205AD6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64" w:lineRule="auto"/>
    </w:pPr>
    <w:rPr>
      <w:rFonts w:ascii="Aptos" w:hAnsi="Aptos"/>
      <w:sz w:val="19"/>
    </w:rPr>
  </w:style>
  <w:style w:type="paragraph" w:styleId="Heading1">
    <w:name w:val="heading 1"/>
    <w:basedOn w:val="Normal"/>
    <w:next w:val="Normal"/>
    <w:link w:val="Heading1Char"/>
    <w:uiPriority w:val="9"/>
    <w:qFormat/>
    <w:rsid w:val="00FC693F"/>
    <w:pPr>
      <w:keepNext/>
      <w:keepLines/>
      <w:spacing w:before="200"/>
      <w:outlineLvl w:val="0"/>
    </w:pPr>
    <w:rPr>
      <w:rFonts w:asciiTheme="majorHAnsi" w:eastAsiaTheme="majorEastAsia" w:hAnsiTheme="majorHAnsi" w:cstheme="majorBidi"/>
      <w:b/>
      <w:bCs/>
      <w:color w:val="162C40"/>
      <w:sz w:val="21"/>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62C4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CD767E"/>
    <w:rPr>
      <w:color w:val="0000FF" w:themeColor="hyperlink"/>
      <w:u w:val="single"/>
    </w:rPr>
  </w:style>
  <w:style w:type="character" w:styleId="UnresolvedMention">
    <w:name w:val="Unresolved Mention"/>
    <w:basedOn w:val="DefaultParagraphFont"/>
    <w:uiPriority w:val="99"/>
    <w:semiHidden/>
    <w:unhideWhenUsed/>
    <w:rsid w:val="00CD76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acsst.org"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329</Words>
  <Characters>1881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Expert Nomination Form - Hispano-Chinese Scientific Innovation Award</dc:title>
  <dc:subject/>
  <dc:creator>Asociacion Hispano-China de Ciencia y Tecnologia</dc:creator>
  <cp:keywords/>
  <dc:description>generated by python-docx</dc:description>
  <cp:lastModifiedBy>Deyi Wang</cp:lastModifiedBy>
  <cp:revision>2</cp:revision>
  <dcterms:created xsi:type="dcterms:W3CDTF">2026-10-27T11:24:00Z</dcterms:created>
  <dcterms:modified xsi:type="dcterms:W3CDTF">2026-10-27T11:24:00Z</dcterms:modified>
  <cp:category/>
</cp:coreProperties>
</file>